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Burundi Missions Continued Training Program - Part 3</w:t>
      </w:r>
    </w:p>
    <w:p>
      <w:r>
        <w:t>1) Health Summit 2021</w:t>
      </w:r>
    </w:p>
    <w:p>
      <w:r>
        <w:t>2) The Ancient Path 2020</w:t>
      </w:r>
    </w:p>
    <w:p>
      <w:r>
        <w:t>3) EYN Revival Meeting - Christian Home - Garki - Abuja</w:t>
      </w:r>
    </w:p>
    <w:p>
      <w:r>
        <w:t>4) Bro. Gbile Akanni 2016 Playlist</w:t>
      </w:r>
    </w:p>
    <w:p>
      <w:r>
        <w:t>5) You Are My Battle Axe</w:t>
      </w:r>
    </w:p>
    <w:p>
      <w:r>
        <w:t>6) Eternity in View by Gbile Akanni - ESAD 2015</w:t>
      </w:r>
    </w:p>
    <w:p>
      <w:r>
        <w:t>7) MLR 2012 (The Gospel of the Kingdom Must Be Preached)</w:t>
      </w:r>
    </w:p>
    <w:p>
      <w:r>
        <w:t>8) Student Congress 2013</w:t>
      </w:r>
    </w:p>
    <w:p>
      <w:r>
        <w:t>9) VISION Retreat 2022</w:t>
      </w:r>
    </w:p>
    <w:p>
      <w:r>
        <w:t>10) CLEREC 2015</w:t>
      </w:r>
    </w:p>
    <w:p>
      <w:r>
        <w:t>11) Theological Educators Congress (2018)</w:t>
      </w:r>
    </w:p>
    <w:p>
      <w:r>
        <w:t>12) Torchlighters Series - Biography Documentaries</w:t>
      </w:r>
    </w:p>
    <w:p>
      <w:r>
        <w:t>13) Wasted Oil - Christian Movie</w:t>
      </w:r>
    </w:p>
    <w:p>
      <w:r>
        <w:t>14) SAYCO 2017</w:t>
      </w:r>
    </w:p>
    <w:p>
      <w:r>
        <w:t>15) Fresh Anointing - Gbile</w:t>
      </w:r>
    </w:p>
    <w:p>
      <w:r>
        <w:t>16) Anglican Clergy Retreat</w:t>
      </w:r>
    </w:p>
    <w:p>
      <w:r>
        <w:t>17) They Had Been with Jesus</w:t>
      </w:r>
    </w:p>
    <w:p>
      <w:r>
        <w:t>18) Ghana Disciples - Come Aside</w:t>
      </w:r>
    </w:p>
    <w:p>
      <w:r>
        <w:t>19) CAPRO 2012 - The Night Cometh</w:t>
      </w:r>
    </w:p>
    <w:p>
      <w:r>
        <w:t>20) NCCF - 2009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