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Burundi Missions Continued Training Program - Part 4</w:t>
      </w:r>
    </w:p>
    <w:p>
      <w:r>
        <w:t>1) NCSLR (2015)</w:t>
      </w:r>
    </w:p>
    <w:p>
      <w:r>
        <w:t>2) Who is This Jesus</w:t>
      </w:r>
    </w:p>
    <w:p>
      <w:r>
        <w:t>3) Christian Messages Playlist - Gbile Akanni</w:t>
      </w:r>
    </w:p>
    <w:p>
      <w:r>
        <w:t>4) Ijebu Anglican Clergy 2010</w:t>
      </w:r>
    </w:p>
    <w:p>
      <w:r>
        <w:t>5) Summit of Nations - 2015</w:t>
      </w:r>
    </w:p>
    <w:p>
      <w:r>
        <w:t>6) The Christian Leader: Birth, Formation, Character and Impact</w:t>
      </w:r>
    </w:p>
    <w:p>
      <w:r>
        <w:t>7) Clergy Retreat 2006</w:t>
      </w:r>
    </w:p>
    <w:p>
      <w:r>
        <w:t>8) Christian Ladies Retreat 2004</w:t>
      </w:r>
    </w:p>
    <w:p>
      <w:r>
        <w:t>9) Prayer Life of a Christian and Seeking Divine Intervention</w:t>
      </w:r>
    </w:p>
    <w:p>
      <w:r>
        <w:t>10) MLR 2021</w:t>
      </w:r>
    </w:p>
    <w:p>
      <w:r>
        <w:t>11) SON 2017</w:t>
      </w:r>
    </w:p>
    <w:p>
      <w:r>
        <w:t>12) SON 2012</w:t>
      </w:r>
    </w:p>
    <w:p>
      <w:r>
        <w:t>13) VISION Retreat (Who Art Thou Mountain)</w:t>
      </w:r>
    </w:p>
    <w:p>
      <w:r>
        <w:t>14) Gbile Akanni Special Messages</w:t>
      </w:r>
    </w:p>
    <w:p>
      <w:r>
        <w:t>15) SON 2009</w:t>
      </w:r>
    </w:p>
    <w:p>
      <w:r>
        <w:t>16) National Christian Teachers Summit 2006</w:t>
      </w:r>
    </w:p>
    <w:p>
      <w:r>
        <w:t>17) New Creation Man in Ministry</w:t>
      </w:r>
    </w:p>
    <w:p>
      <w:r>
        <w:t>18) One Careless Night - Christian Movie</w:t>
      </w:r>
    </w:p>
    <w:p>
      <w:r>
        <w:t>19) Clergy Retreat - 2013</w:t>
      </w:r>
    </w:p>
    <w:p>
      <w:r>
        <w:t>20) When It Is Day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