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Guide to Assignments for New Missionaries in Their Orientation Period - Part 1</w:t>
      </w:r>
    </w:p>
    <w:p>
      <w:r>
        <w:t>1) Ultimate Power Series</w:t>
      </w:r>
    </w:p>
    <w:p>
      <w:r>
        <w:t>2) The Forgotten Ones Series</w:t>
      </w:r>
    </w:p>
    <w:p>
      <w:r>
        <w:t>3) New Creation Man in Ministry by Bro. Gbile</w:t>
      </w:r>
    </w:p>
    <w:p>
      <w:r>
        <w:t>4) Summit of Nations, 2009 - Gboko</w:t>
      </w:r>
    </w:p>
    <w:p>
      <w:r>
        <w:t>5) Sin Series - Gbile Akanni</w:t>
      </w:r>
    </w:p>
    <w:p>
      <w:r>
        <w:t>6) Christian Students Congress, 2004</w:t>
      </w:r>
    </w:p>
    <w:p>
      <w:r>
        <w:t>7) Battles for the Royal Seed</w:t>
      </w:r>
    </w:p>
    <w:p>
      <w:r>
        <w:t>8) Teacher’s Summit, 2006</w:t>
      </w:r>
    </w:p>
    <w:p>
      <w:r>
        <w:t>9) Divine Incubation Messages</w:t>
      </w:r>
    </w:p>
    <w:p>
      <w:r>
        <w:t>10) Clergy 2009, Ministering by Mercy</w:t>
      </w:r>
    </w:p>
    <w:p>
      <w:r>
        <w:t>11) Clergy, Finishing Well</w:t>
      </w:r>
    </w:p>
    <w:p>
      <w:r>
        <w:t>12) MLR 2006</w:t>
      </w:r>
    </w:p>
    <w:p>
      <w:r>
        <w:t>13) Rapture by Gbile Akanni</w:t>
      </w:r>
    </w:p>
    <w:p>
      <w:r>
        <w:t>14) MEN Convocation - Men at the Gates</w:t>
      </w:r>
    </w:p>
    <w:p>
      <w:r>
        <w:t>15) CLERGY 2017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